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FICHA DE INSCRIÇÃO – WORKSHOPS</w:t>
      </w:r>
    </w:p>
    <w:p>
      <w:r>
        <w:t>Marília Dance Festival 2026</w:t>
      </w:r>
    </w:p>
    <w:p>
      <w:r>
        <w:t>06 a 12 de Julho de 2026 • Teatro Municipal de Marília</w:t>
      </w:r>
    </w:p>
    <w:p>
      <w:r>
        <w:t>Valor por Workshop: R$ 70,00 por curso</w:t>
      </w:r>
    </w:p>
    <w:p>
      <w:r>
        <w:br/>
        <w:t>DADOS DO PARTICIPANTE</w:t>
      </w:r>
    </w:p>
    <w:p>
      <w:r>
        <w:t>Nome Completo: _________________________________________________</w:t>
      </w:r>
    </w:p>
    <w:p>
      <w:r>
        <w:t>Data de Nascimento: _________________________________________________</w:t>
      </w:r>
    </w:p>
    <w:p>
      <w:r>
        <w:t>Idade: _________________________________________________</w:t>
      </w:r>
    </w:p>
    <w:p>
      <w:r>
        <w:t>RG/CPF: _________________________________________________</w:t>
      </w:r>
    </w:p>
    <w:p>
      <w:r>
        <w:t>Endereço: _________________________________________________</w:t>
      </w:r>
    </w:p>
    <w:p>
      <w:r>
        <w:t>Cidade/Estado: _________________________________________________</w:t>
      </w:r>
    </w:p>
    <w:p>
      <w:r>
        <w:t>Telefone/WhatsApp: _________________________________________________</w:t>
      </w:r>
    </w:p>
    <w:p>
      <w:r>
        <w:t>E-mail: _________________________________________________</w:t>
      </w:r>
    </w:p>
    <w:p>
      <w:r>
        <w:t>Escola/Grupo de Dança: _________________________________________________</w:t>
      </w:r>
    </w:p>
    <w:p>
      <w:r>
        <w:t>Professor(a)/Diretor(a): _________________________________________________</w:t>
      </w:r>
    </w:p>
    <w:p>
      <w:r>
        <w:br/>
        <w:t>SELECIONE OS WORKSHOPS DESEJADOS</w:t>
      </w:r>
    </w:p>
    <w:p>
      <w:r>
        <w:t>Dia 08 de Julho (Quarta-feira)</w:t>
      </w:r>
    </w:p>
    <w:p>
      <w:pPr>
        <w:pStyle w:val="ListBullet"/>
      </w:pPr>
      <w:r>
        <w:t>☐ Ballet Clássico – Alex Kaden – 09h00 às 10h30</w:t>
      </w:r>
    </w:p>
    <w:p>
      <w:pPr>
        <w:pStyle w:val="ListBullet"/>
      </w:pPr>
      <w:r>
        <w:t>☐ Dança Contemporânea – Augusto Trainotti – 11h00 às 12h30</w:t>
      </w:r>
    </w:p>
    <w:p>
      <w:r>
        <w:t>Dia 09 de Julho (Quinta-feira)</w:t>
      </w:r>
    </w:p>
    <w:p>
      <w:pPr>
        <w:pStyle w:val="ListBullet"/>
      </w:pPr>
      <w:r>
        <w:t>☐ Ballet Clássico – Federico Godoy – 09h00 às 10h30</w:t>
      </w:r>
    </w:p>
    <w:p>
      <w:pPr>
        <w:pStyle w:val="ListBullet"/>
      </w:pPr>
      <w:r>
        <w:t>☐ Ballet Clássico – Alex Kaden – 11h00 às 12h30</w:t>
      </w:r>
    </w:p>
    <w:p>
      <w:r>
        <w:t>Dia 10 de Julho (Sexta-feira)</w:t>
      </w:r>
    </w:p>
    <w:p>
      <w:pPr>
        <w:pStyle w:val="ListBullet"/>
      </w:pPr>
      <w:r>
        <w:t>☐ Jazz – Lenon Vitorino – 09h00 às 10h30</w:t>
      </w:r>
    </w:p>
    <w:p>
      <w:pPr>
        <w:pStyle w:val="ListBullet"/>
      </w:pPr>
      <w:r>
        <w:t>☐ Danças Urbanas – Clécio de Souza – 11h00 às 12h30</w:t>
      </w:r>
    </w:p>
    <w:p>
      <w:r>
        <w:t>Dia 11 de Julho (Sábado)</w:t>
      </w:r>
    </w:p>
    <w:p>
      <w:pPr>
        <w:pStyle w:val="ListBullet"/>
      </w:pPr>
      <w:r>
        <w:t>☐ Danças Urbanas – Tiago Montalti – 09h00 às 10h30</w:t>
      </w:r>
    </w:p>
    <w:p>
      <w:pPr>
        <w:pStyle w:val="ListBullet"/>
      </w:pPr>
      <w:r>
        <w:t>☐ Jazz e Estilo Livre – Anderson Machado – 11h00 às 12h30</w:t>
      </w:r>
    </w:p>
    <w:p>
      <w:r>
        <w:t>Dia 12 de Julho (Domingo)</w:t>
      </w:r>
    </w:p>
    <w:p>
      <w:pPr>
        <w:pStyle w:val="ListBullet"/>
      </w:pPr>
      <w:r>
        <w:t>☐ Dramaturgia na Dança – Renato Forin – 09h00 às 11h00</w:t>
      </w:r>
    </w:p>
    <w:p>
      <w:r>
        <w:br/>
        <w:t>RESUMO FINANCEIRO</w:t>
      </w:r>
    </w:p>
    <w:p>
      <w:r>
        <w:t>Quantidade de Workshops Selecionados: __________</w:t>
      </w:r>
    </w:p>
    <w:p>
      <w:r>
        <w:t>Valor Unitário: R$ 70,00</w:t>
      </w:r>
    </w:p>
    <w:p>
      <w:r>
        <w:t>Valor Total: R$ ______________________</w:t>
      </w:r>
    </w:p>
    <w:p>
      <w:r>
        <w:br/>
        <w:t>FORMA DE PAGAMENTO</w:t>
      </w:r>
    </w:p>
    <w:p>
      <w:r>
        <w:t>Pix: souldancefestival@outlook.com</w:t>
      </w:r>
    </w:p>
    <w:p>
      <w:r>
        <w:t>Favorecido: Valcir da Silva</w:t>
      </w:r>
    </w:p>
    <w:p>
      <w:r>
        <w:br/>
        <w:t>ENVIO DAS INSCRIÇÕES</w:t>
      </w:r>
    </w:p>
    <w:p>
      <w:r>
        <w:t>A ficha de inscrição preenchida, juntamente com o comprovante de pagamento, deverá ser enviada para:</w:t>
      </w:r>
    </w:p>
    <w:p>
      <w:r>
        <w:t>souldanceproducoes@gmail.com</w:t>
      </w:r>
    </w:p>
    <w:p>
      <w:r>
        <w:br/>
        <w:t>INFORMAÇÃO IMPORTANTE</w:t>
      </w:r>
    </w:p>
    <w:p>
      <w:r>
        <w:t>Todos os workshops serão avaliativos e poderão conceder bolsas de estudo nacionais e internacionais, oferecendo oportunidades únicas de aperfeiçoamento e experiências artísticas no Brasil e no exterior.</w:t>
      </w:r>
    </w:p>
    <w:p>
      <w:r>
        <w:br/>
        <w:t>AUTORIZAÇÃO</w:t>
      </w:r>
    </w:p>
    <w:p>
      <w:r>
        <w:t>Declaro que as informações acima são verdadeiras e autorizo minha participação nos workshops do Marília Dance Festival 2026.</w:t>
      </w:r>
    </w:p>
    <w:p>
      <w:r>
        <w:br/>
        <w:t>Assinatura do Participante ou Responsável:</w:t>
      </w:r>
    </w:p>
    <w:p>
      <w:r>
        <w:t>_________________________________________________________</w:t>
      </w:r>
    </w:p>
    <w:p>
      <w:r>
        <w:t>Data: ____ / ____ / 2026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